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0D" w:rsidRPr="00073D15" w:rsidRDefault="00073D15">
      <w:pPr>
        <w:pStyle w:val="Ttulo"/>
        <w:jc w:val="center"/>
        <w:rPr>
          <w:rFonts w:ascii="Arial" w:hAnsi="Arial" w:cs="Arial"/>
        </w:rPr>
      </w:pPr>
      <w:r w:rsidRPr="00073D15">
        <w:rPr>
          <w:rFonts w:ascii="Arial" w:hAnsi="Arial" w:cs="Arial"/>
        </w:rPr>
        <w:t>FORMULÁRIO DE ENTREVISTA – TRABALHADORES(AS) DESLIGADOS(AS)</w:t>
      </w:r>
      <w:r>
        <w:rPr>
          <w:rFonts w:ascii="Arial" w:hAnsi="Arial" w:cs="Arial"/>
        </w:rPr>
        <w:t xml:space="preserve"> DO </w:t>
      </w:r>
      <w:r w:rsidRPr="00073D15">
        <w:rPr>
          <w:rFonts w:ascii="Arial" w:hAnsi="Arial" w:cs="Arial"/>
        </w:rPr>
        <w:t>GRUPO CASAS BAHIA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1. DADOS PESSOAIS E DE CONTATO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Nome </w:t>
      </w:r>
      <w:proofErr w:type="spellStart"/>
      <w:r w:rsidRPr="00073D15">
        <w:rPr>
          <w:rFonts w:ascii="Arial" w:hAnsi="Arial" w:cs="Arial"/>
          <w:b/>
        </w:rPr>
        <w:t>completo</w:t>
      </w:r>
      <w:proofErr w:type="spellEnd"/>
      <w:r w:rsidRPr="00073D15">
        <w:rPr>
          <w:rFonts w:ascii="Arial" w:hAnsi="Arial" w:cs="Arial"/>
          <w:b/>
        </w:rPr>
        <w:t xml:space="preserve">: </w:t>
      </w:r>
      <w:r w:rsidRPr="00073D15">
        <w:rPr>
          <w:rFonts w:ascii="Arial" w:hAnsi="Arial" w:cs="Arial"/>
        </w:rPr>
        <w:t>__</w:t>
      </w:r>
      <w:r w:rsidR="002860B2">
        <w:rPr>
          <w:rFonts w:ascii="Arial" w:hAnsi="Arial" w:cs="Arial"/>
        </w:rPr>
        <w:t>j</w:t>
      </w:r>
      <w:r w:rsidRPr="00073D15">
        <w:rPr>
          <w:rFonts w:ascii="Arial" w:hAnsi="Arial" w:cs="Arial"/>
        </w:rPr>
        <w:t>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CPF: </w:t>
      </w:r>
      <w:r w:rsidRPr="00073D15">
        <w:rPr>
          <w:rFonts w:ascii="Arial" w:hAnsi="Arial" w:cs="Arial"/>
        </w:rPr>
        <w:t>____________________________     Data de nascimento: 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Telefone/WhatsApp: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E-mail: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Endereço completo: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Cidade/UF: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2. DADOS DO CONTRATO DE TRABALHO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Data de admissão: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Data da comunicação da demissão: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Último dia efetivamente trabalhado: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Cargo/função registrada: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Função efetivamente exercida (se diferente):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Loja/unidade em que trabalhava: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Cidade/UF da unidade: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 loja/unidade foi fechada?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Não sabe informar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Salário mensal: R$ </w:t>
      </w:r>
      <w:r w:rsidRPr="00073D15">
        <w:rPr>
          <w:rFonts w:ascii="Arial" w:hAnsi="Arial" w:cs="Arial"/>
        </w:rPr>
        <w:t>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Recebia outras parcelas além do salário?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Comissões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Prêmios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Horas extras habituais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Adicionais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Outras</w:t>
      </w:r>
      <w:r w:rsidRPr="00073D15">
        <w:rPr>
          <w:rFonts w:ascii="Arial" w:hAnsi="Arial" w:cs="Arial"/>
        </w:rPr>
        <w:br/>
        <w:t>Quais e valor médio aproximado: 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3. COMO OCORREU A DEMISSÃO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 iniciativa do encerramento do contrato foi: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Da empresa – dispensa sem justa causa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Da empresa – dispensa por justa causa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Pedido de demissão do(a) trabalhador(a)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Acordo entre empregado(a) e empresa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Outro</w:t>
      </w:r>
      <w:r w:rsidRPr="00073D15">
        <w:rPr>
          <w:rFonts w:ascii="Arial" w:hAnsi="Arial" w:cs="Arial"/>
        </w:rPr>
        <w:br/>
        <w:t>Explique, se necessário: 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Por qual canal/meio você foi comunicado(a) da demissão?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Pessoalmente, na loja/unidade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Reunião presencial coletiva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lastRenderedPageBreak/>
        <w:t>☐</w:t>
      </w:r>
      <w:r w:rsidRPr="00073D15">
        <w:rPr>
          <w:rFonts w:ascii="Arial" w:hAnsi="Arial" w:cs="Arial"/>
        </w:rPr>
        <w:t xml:space="preserve"> Reunião individual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WhatsApp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E-mail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Telefone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Aplicativo/sistema da empresa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Carta ou documento escrito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Outro</w:t>
      </w:r>
      <w:r w:rsidRPr="00073D15">
        <w:rPr>
          <w:rFonts w:ascii="Arial" w:hAnsi="Arial" w:cs="Arial"/>
        </w:rPr>
        <w:br/>
        <w:t>Qual? _______________________________________________________________________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 comunicação ocorreu: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Individualmente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Junto com outros trabalhadores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 sabe informar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Qual motivo foi informado pela empresa?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Fechamento da loja/unidade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Reestruturação da empresa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Redução do quadro de empregados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Outro motivo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Nenhum motivo foi informado</w:t>
      </w:r>
      <w:r w:rsidRPr="00073D15">
        <w:rPr>
          <w:rFonts w:ascii="Arial" w:hAnsi="Arial" w:cs="Arial"/>
        </w:rPr>
        <w:br/>
        <w:t>Observações: __________________________________________________________________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Aviso-prévio: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Trabalhado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Indenizado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 houve aviso-prévio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 sabe informar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Antes da demissão, foi oferecida transferência ou realocação para outra loja/unidade?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  <w:t>Se sim, qual local e quais condições? 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Você teria interesse em retornar ao trabalho ou ser realocado(a), caso exista vaga compatível?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Dependeria das condições oferecidas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4. EXISTIA ALGUMA SITUAÇÃO ESPECIAL NA DATA DA DEMISSÃO?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Marque todas as situações que se aplicavam na data da dispensa: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trabalhando normalmente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em férias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em período de aviso-prévio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afastado(a) pelo INSS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afastado(a) por acidente de trabalho/doença ocupacional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em licença ou afastamento médico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em licença-maternidade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gestante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Era menor de 18 anos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lastRenderedPageBreak/>
        <w:t>☐</w:t>
      </w:r>
      <w:r w:rsidRPr="00073D15">
        <w:rPr>
          <w:rFonts w:ascii="Arial" w:hAnsi="Arial" w:cs="Arial"/>
        </w:rPr>
        <w:t xml:space="preserve"> Era aprendiz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Era pessoa com deficiência (PCD) ou reabilitado(a) do INSS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Era membro(a) da CIPA / representante dos empregados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Era dirigente ou representante sindical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em período de estabilidade após acidente/doença do trabalho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Estava próximo(a) da aposentadoria ou em possível estabilidade prevista em norma coletiva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Outra situação que possa gerar estabilidade ou proteção contra dispensa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Nenhuma das situações acima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Não sabe informar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Explique a situação, se houver: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Você sofreu acidente de trabalho ou teve doença relacionada ao trabalho durante o contrato?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  <w:t>Se sim, quando e o que ocorreu? 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Possuía atestado médico, CAT, benefício do INSS ou outro documento relacionado a essa situação?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 sabe informar</w:t>
      </w:r>
      <w:r w:rsidRPr="00073D15">
        <w:rPr>
          <w:rFonts w:ascii="Arial" w:hAnsi="Arial" w:cs="Arial"/>
        </w:rPr>
        <w:br/>
        <w:t>Qual documento? _________________________________________________________________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5. SALÁRIOS E VERBAS RESCISÓRIAS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Data em que recebeu o último salário: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Valor do último salário recebido: R$ </w:t>
      </w:r>
      <w:r w:rsidRPr="00073D15">
        <w:rPr>
          <w:rFonts w:ascii="Arial" w:hAnsi="Arial" w:cs="Arial"/>
        </w:rPr>
        <w:t>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6. DEMISSÃO COLETIVA E PARTICIPAÇÃO SINDICAL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Você sabia, antes da demissão, que a loja seria fechada ou que haveria desligamentos?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Se sim, como ficou sabendo?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Houve reunião da empresa com os trabalhadores antes das demissões?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 sabe informar</w:t>
      </w:r>
    </w:p>
    <w:p w:rsidR="0003210D" w:rsidRPr="00073D15" w:rsidRDefault="00073D15">
      <w:pPr>
        <w:spacing w:after="60"/>
        <w:rPr>
          <w:rFonts w:ascii="Arial" w:hAnsi="Arial" w:cs="Arial"/>
        </w:rPr>
      </w:pPr>
      <w:proofErr w:type="spellStart"/>
      <w:r w:rsidRPr="00073D15">
        <w:rPr>
          <w:rFonts w:ascii="Arial" w:hAnsi="Arial" w:cs="Arial"/>
          <w:b/>
        </w:rPr>
        <w:t>Quantidade</w:t>
      </w:r>
      <w:proofErr w:type="spellEnd"/>
      <w:r w:rsidRPr="00073D15">
        <w:rPr>
          <w:rFonts w:ascii="Arial" w:hAnsi="Arial" w:cs="Arial"/>
          <w:b/>
        </w:rPr>
        <w:t xml:space="preserve"> </w:t>
      </w:r>
      <w:proofErr w:type="spellStart"/>
      <w:r w:rsidRPr="00073D15">
        <w:rPr>
          <w:rFonts w:ascii="Arial" w:hAnsi="Arial" w:cs="Arial"/>
          <w:b/>
        </w:rPr>
        <w:t>aproximada</w:t>
      </w:r>
      <w:proofErr w:type="spellEnd"/>
      <w:r w:rsidRPr="00073D15">
        <w:rPr>
          <w:rFonts w:ascii="Arial" w:hAnsi="Arial" w:cs="Arial"/>
          <w:b/>
        </w:rPr>
        <w:t xml:space="preserve"> de </w:t>
      </w:r>
      <w:proofErr w:type="spellStart"/>
      <w:r w:rsidRPr="00073D15">
        <w:rPr>
          <w:rFonts w:ascii="Arial" w:hAnsi="Arial" w:cs="Arial"/>
          <w:b/>
        </w:rPr>
        <w:t>colegas</w:t>
      </w:r>
      <w:proofErr w:type="spellEnd"/>
      <w:r w:rsidRPr="00073D15">
        <w:rPr>
          <w:rFonts w:ascii="Arial" w:hAnsi="Arial" w:cs="Arial"/>
          <w:b/>
        </w:rPr>
        <w:t xml:space="preserve"> demitidos </w:t>
      </w:r>
      <w:proofErr w:type="gramStart"/>
      <w:r w:rsidRPr="00073D15">
        <w:rPr>
          <w:rFonts w:ascii="Arial" w:hAnsi="Arial" w:cs="Arial"/>
          <w:b/>
        </w:rPr>
        <w:t>na</w:t>
      </w:r>
      <w:proofErr w:type="gramEnd"/>
      <w:r w:rsidRPr="00073D15">
        <w:rPr>
          <w:rFonts w:ascii="Arial" w:hAnsi="Arial" w:cs="Arial"/>
          <w:b/>
        </w:rPr>
        <w:t xml:space="preserve"> sua loja/unidade: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7. CONTATO DA EMPRESA APÓS A DEMISSÃO / REINTEGRAÇÃO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Depois da demissão, a empresa entrou em contato com você?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lastRenderedPageBreak/>
        <w:t>Se houve contato, por qual canal?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Telefone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WhatsApp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E-mail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Carta/documento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Aplicativo/sistema da empresa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Contato presencial</w:t>
      </w:r>
      <w:r w:rsidRPr="00073D15">
        <w:rPr>
          <w:rFonts w:ascii="Arial" w:hAnsi="Arial" w:cs="Arial"/>
        </w:rPr>
        <w:br/>
      </w: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Outro</w:t>
      </w:r>
      <w:r w:rsidRPr="00073D15">
        <w:rPr>
          <w:rFonts w:ascii="Arial" w:hAnsi="Arial" w:cs="Arial"/>
        </w:rPr>
        <w:br/>
        <w:t>Qual? _______________________________________________________________________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Data aproximada do contato: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 empresa falou sobre: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Retorno ao trabalho/reintegração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Transferência ou realocação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Pagamento de salários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Manutenção/restabelecimento de benefícios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Novo desligamento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Outro assunto</w:t>
      </w:r>
      <w:r w:rsidRPr="00073D15">
        <w:rPr>
          <w:rFonts w:ascii="Arial" w:hAnsi="Arial" w:cs="Arial"/>
        </w:rPr>
        <w:br/>
        <w:t>Explique: _____________________________________________________________________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Você recebeu ordem ou orientação para retornar ao trabalho?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Se sim, qual data/local foi indicado para o retorno?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Você retornou ao trabalho?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Ainda não chegou a data indicada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Se não retornou, explique o motivo: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Após a decisão judicial, recebeu salários ou valores da empresa?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Se sim, quais valores e quando?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Recebeu alguma comunicação sobre decisão judicial envolvendo as demissões?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Sim</w:t>
      </w:r>
      <w:r w:rsidRPr="00073D15">
        <w:rPr>
          <w:rFonts w:ascii="Arial" w:hAnsi="Arial" w:cs="Arial"/>
        </w:rPr>
        <w:br/>
      </w:r>
      <w:r w:rsidRPr="00073D15">
        <w:rPr>
          <w:rFonts w:cs="Arial"/>
        </w:rPr>
        <w:t>☐</w:t>
      </w:r>
      <w:r w:rsidRPr="00073D15">
        <w:rPr>
          <w:rFonts w:ascii="Arial" w:hAnsi="Arial" w:cs="Arial"/>
        </w:rPr>
        <w:t xml:space="preserve"> Não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Se sim, informe o conteúdo e por qual meio recebeu: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8. DOCUMENTOS DISPONÍVEIS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CTPS / CTPS Digital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Contrato de trabalho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Holerites/contracheques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Aviso-prévio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TRCT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Comprovante de pagamento da rescisão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lastRenderedPageBreak/>
        <w:t>☐</w:t>
      </w:r>
      <w:r w:rsidRPr="00073D15">
        <w:rPr>
          <w:rFonts w:ascii="Arial" w:hAnsi="Arial" w:cs="Arial"/>
        </w:rPr>
        <w:t xml:space="preserve"> Extrato do FGTS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Guias do seguro-desemprego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Mensagens de WhatsApp relacionadas à dispensa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E-mails relacionados à dispensa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Comunicados da empresa sobre fechamento da loja ou demissões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Comunicação posterior sobre retorno/reintegração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Atestados médicos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CAT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Documentos/decisões do INSS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Norma coletiva ou documentos sindicais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cs="Arial"/>
        </w:rPr>
        <w:t>☐</w:t>
      </w:r>
      <w:r w:rsidRPr="00073D15">
        <w:rPr>
          <w:rFonts w:ascii="Arial" w:hAnsi="Arial" w:cs="Arial"/>
        </w:rPr>
        <w:t xml:space="preserve"> Outros documentos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Outros: </w:t>
      </w:r>
      <w:r w:rsidRPr="00073D15">
        <w:rPr>
          <w:rFonts w:ascii="Arial" w:hAnsi="Arial" w:cs="Arial"/>
        </w:rPr>
        <w:t>____________________________________________________________</w:t>
      </w:r>
    </w:p>
    <w:p w:rsidR="0003210D" w:rsidRPr="00073D15" w:rsidRDefault="00073D15">
      <w:pPr>
        <w:pStyle w:val="Ttulo1"/>
        <w:rPr>
          <w:rFonts w:ascii="Arial" w:hAnsi="Arial" w:cs="Arial"/>
        </w:rPr>
      </w:pPr>
      <w:r w:rsidRPr="00073D15">
        <w:rPr>
          <w:rFonts w:ascii="Arial" w:hAnsi="Arial" w:cs="Arial"/>
        </w:rPr>
        <w:t>9. RELATO DO(A) TRABALHADOR(A)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  <w:b/>
        </w:rPr>
        <w:t>Conte, com suas palavras, como ocorreu a demissão e qualquer fato que considere importante: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73D15" w:rsidRPr="00073D15" w:rsidRDefault="00073D15" w:rsidP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73D15" w:rsidRPr="00073D15" w:rsidRDefault="00073D15" w:rsidP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73D15">
      <w:pPr>
        <w:rPr>
          <w:rFonts w:ascii="Arial" w:hAnsi="Arial" w:cs="Arial"/>
        </w:rPr>
      </w:pPr>
      <w:r w:rsidRPr="00073D15">
        <w:rPr>
          <w:rFonts w:ascii="Arial" w:hAnsi="Arial" w:cs="Arial"/>
        </w:rPr>
        <w:t>____________________________________________________________________________</w:t>
      </w:r>
    </w:p>
    <w:p w:rsidR="0003210D" w:rsidRPr="00073D15" w:rsidRDefault="0003210D">
      <w:pPr>
        <w:spacing w:after="60"/>
        <w:rPr>
          <w:rFonts w:ascii="Arial" w:hAnsi="Arial" w:cs="Arial"/>
        </w:rPr>
      </w:pPr>
    </w:p>
    <w:p w:rsidR="0003210D" w:rsidRPr="00073D15" w:rsidRDefault="0003210D">
      <w:pPr>
        <w:rPr>
          <w:rFonts w:ascii="Arial" w:hAnsi="Arial" w:cs="Arial"/>
        </w:rPr>
      </w:pP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Data: </w:t>
      </w:r>
      <w:r w:rsidRPr="00073D15">
        <w:rPr>
          <w:rFonts w:ascii="Arial" w:hAnsi="Arial" w:cs="Arial"/>
        </w:rPr>
        <w:t>____/____/________</w:t>
      </w:r>
    </w:p>
    <w:p w:rsidR="0003210D" w:rsidRPr="00073D15" w:rsidRDefault="00073D15">
      <w:pPr>
        <w:spacing w:after="60"/>
        <w:rPr>
          <w:rFonts w:ascii="Arial" w:hAnsi="Arial" w:cs="Arial"/>
        </w:rPr>
      </w:pPr>
      <w:r w:rsidRPr="00073D15">
        <w:rPr>
          <w:rFonts w:ascii="Arial" w:hAnsi="Arial" w:cs="Arial"/>
          <w:b/>
        </w:rPr>
        <w:t xml:space="preserve">Assinatura do(a) trabalhador(a): </w:t>
      </w:r>
      <w:r w:rsidRPr="00073D15">
        <w:rPr>
          <w:rFonts w:ascii="Arial" w:hAnsi="Arial" w:cs="Arial"/>
        </w:rPr>
        <w:t>____________________________________________________________</w:t>
      </w:r>
    </w:p>
    <w:sectPr w:rsidR="0003210D" w:rsidRPr="00073D15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369" w:rsidRDefault="008E3369" w:rsidP="000321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8E3369" w:rsidRDefault="008E3369" w:rsidP="000321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369" w:rsidRDefault="008E3369" w:rsidP="000321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8E3369" w:rsidRDefault="008E3369" w:rsidP="000321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210D"/>
    <w:rsid w:val="00034616"/>
    <w:rsid w:val="0006063C"/>
    <w:rsid w:val="00073D15"/>
    <w:rsid w:val="000777E2"/>
    <w:rsid w:val="0015074B"/>
    <w:rsid w:val="002860B2"/>
    <w:rsid w:val="0029639D"/>
    <w:rsid w:val="00326F90"/>
    <w:rsid w:val="008E3369"/>
    <w:rsid w:val="00AA1D8D"/>
    <w:rsid w:val="00B47730"/>
    <w:rsid w:val="00C3445E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6F96FF-532D-4188-BA2E-1985C0C6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1191</Words>
  <Characters>6434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7610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 User</cp:lastModifiedBy>
  <cp:revision>2</cp:revision>
  <dcterms:created xsi:type="dcterms:W3CDTF">2026-08-26T14:55:00Z</dcterms:created>
  <dcterms:modified xsi:type="dcterms:W3CDTF">2026-08-26T14:55:00Z</dcterms:modified>
</cp:coreProperties>
</file>